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77526" w14:textId="77777777" w:rsidR="0095283C" w:rsidRDefault="008B5E74" w:rsidP="008E52B6">
      <w:pPr>
        <w:spacing w:after="0" w:line="240" w:lineRule="auto"/>
        <w:jc w:val="center"/>
        <w:rPr>
          <w:b/>
          <w:sz w:val="36"/>
          <w:lang w:eastAsia="zh-TW"/>
        </w:rPr>
      </w:pPr>
      <w:r>
        <w:rPr>
          <w:b/>
          <w:sz w:val="36"/>
          <w:lang w:eastAsia="zh-TW"/>
        </w:rPr>
        <w:t>馬偕醫學大學</w:t>
      </w:r>
      <w:r w:rsidR="00D91BA6" w:rsidRPr="00D91BA6">
        <w:rPr>
          <w:rFonts w:hint="eastAsia"/>
          <w:b/>
          <w:sz w:val="36"/>
          <w:lang w:eastAsia="zh-TW"/>
        </w:rPr>
        <w:t>醫學檢驗暨再生醫學學系</w:t>
      </w:r>
    </w:p>
    <w:p w14:paraId="5ACEDCAA" w14:textId="665E3EAE" w:rsidR="000C0649" w:rsidRDefault="008B5E74" w:rsidP="008E52B6">
      <w:pPr>
        <w:spacing w:after="0" w:line="240" w:lineRule="auto"/>
        <w:jc w:val="center"/>
        <w:rPr>
          <w:b/>
          <w:sz w:val="36"/>
          <w:lang w:eastAsia="zh-TW"/>
        </w:rPr>
      </w:pPr>
      <w:r>
        <w:rPr>
          <w:b/>
          <w:sz w:val="36"/>
          <w:lang w:eastAsia="zh-TW"/>
        </w:rPr>
        <w:t>學生專題研究選修申請表</w:t>
      </w:r>
    </w:p>
    <w:p w14:paraId="4CF44B0F" w14:textId="77777777" w:rsidR="000C0649" w:rsidRDefault="008B5E74" w:rsidP="008E52B6">
      <w:pPr>
        <w:spacing w:beforeLines="50" w:before="120" w:afterLines="50" w:after="120" w:line="240" w:lineRule="auto"/>
      </w:pPr>
      <w:r>
        <w:rPr>
          <w:b/>
          <w:sz w:val="26"/>
        </w:rPr>
        <w:t>壹、</w:t>
      </w:r>
      <w:r>
        <w:rPr>
          <w:b/>
          <w:sz w:val="26"/>
        </w:rPr>
        <w:t xml:space="preserve"> </w:t>
      </w:r>
      <w:r>
        <w:rPr>
          <w:b/>
          <w:sz w:val="26"/>
        </w:rPr>
        <w:t>學生基本資料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28"/>
        <w:gridCol w:w="2880"/>
        <w:gridCol w:w="1728"/>
        <w:gridCol w:w="3024"/>
      </w:tblGrid>
      <w:tr w:rsidR="000C0649" w14:paraId="524E0E34" w14:textId="77777777">
        <w:trPr>
          <w:jc w:val="center"/>
        </w:trPr>
        <w:tc>
          <w:tcPr>
            <w:tcW w:w="1728" w:type="dx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52F06E77" w14:textId="77777777" w:rsidR="000C0649" w:rsidRDefault="008B5E74" w:rsidP="008E52B6">
            <w:pPr>
              <w:spacing w:after="120"/>
              <w:jc w:val="center"/>
            </w:pPr>
            <w:r>
              <w:rPr>
                <w:b/>
                <w:sz w:val="22"/>
              </w:rPr>
              <w:t>學生姓名</w:t>
            </w:r>
          </w:p>
        </w:tc>
        <w:tc>
          <w:tcPr>
            <w:tcW w:w="2880" w:type="dx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6CCABA46" w14:textId="77777777" w:rsidR="000C0649" w:rsidRDefault="000C0649" w:rsidP="008E52B6">
            <w:pPr>
              <w:spacing w:after="120"/>
              <w:jc w:val="center"/>
            </w:pPr>
          </w:p>
        </w:tc>
        <w:tc>
          <w:tcPr>
            <w:tcW w:w="1728" w:type="dx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3858F09D" w14:textId="77777777" w:rsidR="000C0649" w:rsidRDefault="008B5E74" w:rsidP="008E52B6">
            <w:pPr>
              <w:spacing w:after="120"/>
              <w:jc w:val="center"/>
            </w:pPr>
            <w:r>
              <w:rPr>
                <w:b/>
                <w:sz w:val="22"/>
              </w:rPr>
              <w:t>學　　號</w:t>
            </w:r>
          </w:p>
        </w:tc>
        <w:tc>
          <w:tcPr>
            <w:tcW w:w="3024" w:type="dx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47138124" w14:textId="77777777" w:rsidR="000C0649" w:rsidRDefault="000C0649" w:rsidP="008E52B6">
            <w:pPr>
              <w:spacing w:after="120"/>
              <w:jc w:val="center"/>
            </w:pPr>
          </w:p>
        </w:tc>
      </w:tr>
      <w:tr w:rsidR="000C0649" w14:paraId="4FCC8DAF" w14:textId="77777777">
        <w:trPr>
          <w:jc w:val="center"/>
        </w:trPr>
        <w:tc>
          <w:tcPr>
            <w:tcW w:w="1728" w:type="dx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1783CFB6" w14:textId="77777777" w:rsidR="000C0649" w:rsidRDefault="008B5E74" w:rsidP="008E52B6">
            <w:pPr>
              <w:spacing w:after="120"/>
              <w:jc w:val="center"/>
            </w:pPr>
            <w:r>
              <w:rPr>
                <w:b/>
                <w:sz w:val="22"/>
              </w:rPr>
              <w:t>系所班級</w:t>
            </w:r>
          </w:p>
        </w:tc>
        <w:tc>
          <w:tcPr>
            <w:tcW w:w="2880" w:type="dx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36C44565" w14:textId="77777777" w:rsidR="000C0649" w:rsidRDefault="000C0649" w:rsidP="008E52B6">
            <w:pPr>
              <w:spacing w:after="120"/>
              <w:jc w:val="center"/>
            </w:pPr>
          </w:p>
        </w:tc>
        <w:tc>
          <w:tcPr>
            <w:tcW w:w="1728" w:type="dx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22A70A16" w14:textId="77777777" w:rsidR="000C0649" w:rsidRDefault="008B5E74" w:rsidP="008E52B6">
            <w:pPr>
              <w:spacing w:after="120"/>
              <w:jc w:val="center"/>
            </w:pPr>
            <w:r>
              <w:rPr>
                <w:b/>
                <w:sz w:val="22"/>
              </w:rPr>
              <w:t>申請學期</w:t>
            </w:r>
          </w:p>
        </w:tc>
        <w:tc>
          <w:tcPr>
            <w:tcW w:w="3024" w:type="dx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7D3AB206" w14:textId="55A977F5" w:rsidR="000C0649" w:rsidRDefault="008B5E74" w:rsidP="008E52B6">
            <w:pPr>
              <w:spacing w:after="120"/>
              <w:jc w:val="center"/>
            </w:pPr>
            <w:r>
              <w:rPr>
                <w:sz w:val="22"/>
              </w:rPr>
              <w:t>學年度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第</w:t>
            </w:r>
            <w:r>
              <w:rPr>
                <w:sz w:val="22"/>
              </w:rPr>
              <w:t xml:space="preserve">  </w:t>
            </w:r>
            <w:r w:rsidR="008E52B6">
              <w:rPr>
                <w:rFonts w:hint="eastAsia"/>
                <w:sz w:val="22"/>
                <w:lang w:eastAsia="zh-TW"/>
              </w:rPr>
              <w:t xml:space="preserve">   </w:t>
            </w:r>
            <w:r>
              <w:rPr>
                <w:sz w:val="22"/>
              </w:rPr>
              <w:t>學期</w:t>
            </w:r>
          </w:p>
        </w:tc>
      </w:tr>
      <w:tr w:rsidR="000C0649" w14:paraId="312DDA40" w14:textId="77777777">
        <w:trPr>
          <w:jc w:val="center"/>
        </w:trPr>
        <w:tc>
          <w:tcPr>
            <w:tcW w:w="1728" w:type="dx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75645600" w14:textId="77777777" w:rsidR="000C0649" w:rsidRDefault="008B5E74" w:rsidP="008E52B6">
            <w:pPr>
              <w:spacing w:after="120"/>
              <w:jc w:val="center"/>
            </w:pPr>
            <w:r>
              <w:rPr>
                <w:b/>
                <w:sz w:val="22"/>
              </w:rPr>
              <w:t>聯絡電話</w:t>
            </w:r>
          </w:p>
        </w:tc>
        <w:tc>
          <w:tcPr>
            <w:tcW w:w="2880" w:type="dx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25443FA1" w14:textId="77777777" w:rsidR="000C0649" w:rsidRDefault="000C0649" w:rsidP="008E52B6">
            <w:pPr>
              <w:spacing w:after="120"/>
              <w:jc w:val="center"/>
            </w:pPr>
          </w:p>
        </w:tc>
        <w:tc>
          <w:tcPr>
            <w:tcW w:w="1728" w:type="dx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4649C041" w14:textId="77777777" w:rsidR="000C0649" w:rsidRDefault="008B5E74" w:rsidP="008E52B6">
            <w:pPr>
              <w:spacing w:after="120"/>
              <w:jc w:val="center"/>
            </w:pPr>
            <w:r>
              <w:rPr>
                <w:b/>
                <w:sz w:val="22"/>
              </w:rPr>
              <w:t>E-mail</w:t>
            </w:r>
          </w:p>
        </w:tc>
        <w:tc>
          <w:tcPr>
            <w:tcW w:w="3024" w:type="dx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1661635E" w14:textId="77777777" w:rsidR="000C0649" w:rsidRDefault="000C0649" w:rsidP="008E52B6">
            <w:pPr>
              <w:spacing w:after="120"/>
              <w:jc w:val="center"/>
            </w:pPr>
          </w:p>
        </w:tc>
      </w:tr>
    </w:tbl>
    <w:p w14:paraId="6368611B" w14:textId="77777777" w:rsidR="000C0649" w:rsidRPr="008E52B6" w:rsidRDefault="008B5E74" w:rsidP="008E52B6">
      <w:pPr>
        <w:spacing w:beforeLines="50" w:before="120" w:afterLines="50" w:after="120" w:line="240" w:lineRule="auto"/>
        <w:rPr>
          <w:b/>
          <w:sz w:val="26"/>
        </w:rPr>
      </w:pPr>
      <w:r>
        <w:rPr>
          <w:b/>
          <w:sz w:val="26"/>
        </w:rPr>
        <w:t>貳、</w:t>
      </w:r>
      <w:r>
        <w:rPr>
          <w:b/>
          <w:sz w:val="26"/>
        </w:rPr>
        <w:t xml:space="preserve"> </w:t>
      </w:r>
      <w:r>
        <w:rPr>
          <w:b/>
          <w:sz w:val="26"/>
        </w:rPr>
        <w:t>專題研究計畫內容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60"/>
        <w:gridCol w:w="7200"/>
      </w:tblGrid>
      <w:tr w:rsidR="000C0649" w14:paraId="438A2B22" w14:textId="77777777">
        <w:trPr>
          <w:jc w:val="center"/>
        </w:trPr>
        <w:tc>
          <w:tcPr>
            <w:tcW w:w="2160" w:type="dxa"/>
            <w:tcMar>
              <w:top w:w="140" w:type="dxa"/>
              <w:left w:w="150" w:type="dxa"/>
              <w:bottom w:w="140" w:type="dxa"/>
              <w:right w:w="150" w:type="dxa"/>
            </w:tcMar>
          </w:tcPr>
          <w:p w14:paraId="36622412" w14:textId="77777777" w:rsidR="000C0649" w:rsidRDefault="008B5E74" w:rsidP="008E52B6">
            <w:pPr>
              <w:spacing w:after="0"/>
              <w:jc w:val="center"/>
            </w:pPr>
            <w:r>
              <w:rPr>
                <w:b/>
                <w:sz w:val="22"/>
              </w:rPr>
              <w:t>專題研究題目</w:t>
            </w:r>
          </w:p>
        </w:tc>
        <w:tc>
          <w:tcPr>
            <w:tcW w:w="7200" w:type="dxa"/>
            <w:tcMar>
              <w:top w:w="140" w:type="dxa"/>
              <w:left w:w="150" w:type="dxa"/>
              <w:bottom w:w="140" w:type="dxa"/>
              <w:right w:w="150" w:type="dxa"/>
            </w:tcMar>
          </w:tcPr>
          <w:p w14:paraId="6E0EA984" w14:textId="77777777" w:rsidR="000C0649" w:rsidRDefault="000C0649" w:rsidP="008E52B6">
            <w:pPr>
              <w:spacing w:after="0"/>
              <w:jc w:val="center"/>
            </w:pPr>
          </w:p>
        </w:tc>
      </w:tr>
      <w:tr w:rsidR="000C0649" w14:paraId="5A12E7E8" w14:textId="77777777">
        <w:trPr>
          <w:jc w:val="center"/>
        </w:trPr>
        <w:tc>
          <w:tcPr>
            <w:tcW w:w="2160" w:type="dxa"/>
            <w:tcMar>
              <w:top w:w="140" w:type="dxa"/>
              <w:left w:w="150" w:type="dxa"/>
              <w:bottom w:w="140" w:type="dxa"/>
              <w:right w:w="150" w:type="dxa"/>
            </w:tcMar>
          </w:tcPr>
          <w:p w14:paraId="26A58CB2" w14:textId="77777777" w:rsidR="000C0649" w:rsidRDefault="008B5E74" w:rsidP="008E52B6">
            <w:pPr>
              <w:spacing w:after="0"/>
              <w:jc w:val="center"/>
            </w:pPr>
            <w:r>
              <w:rPr>
                <w:b/>
                <w:sz w:val="22"/>
              </w:rPr>
              <w:t>選修／研究時間</w:t>
            </w:r>
          </w:p>
        </w:tc>
        <w:tc>
          <w:tcPr>
            <w:tcW w:w="7200" w:type="dxa"/>
            <w:tcMar>
              <w:top w:w="140" w:type="dxa"/>
              <w:left w:w="150" w:type="dxa"/>
              <w:bottom w:w="140" w:type="dxa"/>
              <w:right w:w="150" w:type="dxa"/>
            </w:tcMar>
          </w:tcPr>
          <w:p w14:paraId="38135E3C" w14:textId="3BE9C5FC" w:rsidR="000C0649" w:rsidRDefault="008B5E74" w:rsidP="008E52B6">
            <w:pPr>
              <w:spacing w:after="0"/>
              <w:jc w:val="center"/>
              <w:rPr>
                <w:lang w:eastAsia="zh-TW"/>
              </w:rPr>
            </w:pPr>
            <w:r>
              <w:rPr>
                <w:sz w:val="22"/>
                <w:lang w:eastAsia="zh-TW"/>
              </w:rPr>
              <w:t>自</w:t>
            </w:r>
            <w:r>
              <w:rPr>
                <w:sz w:val="22"/>
                <w:lang w:eastAsia="zh-TW"/>
              </w:rPr>
              <w:t xml:space="preserve">   </w:t>
            </w:r>
            <w:r w:rsidR="008E52B6">
              <w:rPr>
                <w:sz w:val="22"/>
                <w:lang w:eastAsia="zh-TW"/>
              </w:rPr>
              <w:t xml:space="preserve">   </w:t>
            </w:r>
            <w:r>
              <w:rPr>
                <w:sz w:val="22"/>
                <w:lang w:eastAsia="zh-TW"/>
              </w:rPr>
              <w:t>年</w:t>
            </w:r>
            <w:r>
              <w:rPr>
                <w:sz w:val="22"/>
                <w:lang w:eastAsia="zh-TW"/>
              </w:rPr>
              <w:t xml:space="preserve"> </w:t>
            </w:r>
            <w:r w:rsidR="008E52B6">
              <w:rPr>
                <w:sz w:val="22"/>
                <w:lang w:eastAsia="zh-TW"/>
              </w:rPr>
              <w:t xml:space="preserve">   </w:t>
            </w:r>
            <w:r>
              <w:rPr>
                <w:sz w:val="22"/>
                <w:lang w:eastAsia="zh-TW"/>
              </w:rPr>
              <w:t xml:space="preserve">  </w:t>
            </w:r>
            <w:r>
              <w:rPr>
                <w:sz w:val="22"/>
                <w:lang w:eastAsia="zh-TW"/>
              </w:rPr>
              <w:t>月</w:t>
            </w:r>
            <w:r>
              <w:rPr>
                <w:sz w:val="22"/>
                <w:lang w:eastAsia="zh-TW"/>
              </w:rPr>
              <w:t xml:space="preserve"> </w:t>
            </w:r>
            <w:r w:rsidR="008E52B6">
              <w:rPr>
                <w:sz w:val="22"/>
                <w:lang w:eastAsia="zh-TW"/>
              </w:rPr>
              <w:t xml:space="preserve">   </w:t>
            </w:r>
            <w:r>
              <w:rPr>
                <w:sz w:val="22"/>
                <w:lang w:eastAsia="zh-TW"/>
              </w:rPr>
              <w:t xml:space="preserve">  </w:t>
            </w:r>
            <w:r>
              <w:rPr>
                <w:sz w:val="22"/>
                <w:lang w:eastAsia="zh-TW"/>
              </w:rPr>
              <w:t>日</w:t>
            </w:r>
            <w:r>
              <w:rPr>
                <w:sz w:val="22"/>
                <w:lang w:eastAsia="zh-TW"/>
              </w:rPr>
              <w:t xml:space="preserve"> </w:t>
            </w:r>
            <w:r>
              <w:rPr>
                <w:sz w:val="22"/>
                <w:lang w:eastAsia="zh-TW"/>
              </w:rPr>
              <w:t>至</w:t>
            </w:r>
            <w:r>
              <w:rPr>
                <w:sz w:val="22"/>
                <w:lang w:eastAsia="zh-TW"/>
              </w:rPr>
              <w:t xml:space="preserve"> </w:t>
            </w:r>
            <w:r w:rsidR="008E52B6">
              <w:rPr>
                <w:sz w:val="22"/>
                <w:lang w:eastAsia="zh-TW"/>
              </w:rPr>
              <w:t xml:space="preserve">   </w:t>
            </w:r>
            <w:r>
              <w:rPr>
                <w:sz w:val="22"/>
                <w:lang w:eastAsia="zh-TW"/>
              </w:rPr>
              <w:t xml:space="preserve">  </w:t>
            </w:r>
            <w:r>
              <w:rPr>
                <w:sz w:val="22"/>
                <w:lang w:eastAsia="zh-TW"/>
              </w:rPr>
              <w:t>年</w:t>
            </w:r>
            <w:r>
              <w:rPr>
                <w:sz w:val="22"/>
                <w:lang w:eastAsia="zh-TW"/>
              </w:rPr>
              <w:t xml:space="preserve">   </w:t>
            </w:r>
            <w:r w:rsidR="008E52B6">
              <w:rPr>
                <w:sz w:val="22"/>
                <w:lang w:eastAsia="zh-TW"/>
              </w:rPr>
              <w:t xml:space="preserve">   </w:t>
            </w:r>
            <w:r>
              <w:rPr>
                <w:sz w:val="22"/>
                <w:lang w:eastAsia="zh-TW"/>
              </w:rPr>
              <w:t>月</w:t>
            </w:r>
            <w:r>
              <w:rPr>
                <w:sz w:val="22"/>
                <w:lang w:eastAsia="zh-TW"/>
              </w:rPr>
              <w:t xml:space="preserve">   </w:t>
            </w:r>
            <w:r w:rsidR="008E52B6">
              <w:rPr>
                <w:sz w:val="22"/>
                <w:lang w:eastAsia="zh-TW"/>
              </w:rPr>
              <w:t xml:space="preserve">   </w:t>
            </w:r>
            <w:r>
              <w:rPr>
                <w:sz w:val="22"/>
                <w:lang w:eastAsia="zh-TW"/>
              </w:rPr>
              <w:t>日</w:t>
            </w:r>
            <w:r>
              <w:rPr>
                <w:sz w:val="22"/>
                <w:lang w:eastAsia="zh-TW"/>
              </w:rPr>
              <w:t xml:space="preserve"> </w:t>
            </w:r>
            <w:r>
              <w:rPr>
                <w:sz w:val="22"/>
                <w:lang w:eastAsia="zh-TW"/>
              </w:rPr>
              <w:t>止；</w:t>
            </w:r>
            <w:r>
              <w:rPr>
                <w:sz w:val="22"/>
                <w:lang w:eastAsia="zh-TW"/>
              </w:rPr>
              <w:br/>
            </w:r>
            <w:r>
              <w:rPr>
                <w:sz w:val="22"/>
                <w:lang w:eastAsia="zh-TW"/>
              </w:rPr>
              <w:t>每週預計研究時間約</w:t>
            </w:r>
            <w:r>
              <w:rPr>
                <w:sz w:val="22"/>
                <w:lang w:eastAsia="zh-TW"/>
              </w:rPr>
              <w:t xml:space="preserve"> ______ </w:t>
            </w:r>
            <w:r>
              <w:rPr>
                <w:sz w:val="22"/>
                <w:lang w:eastAsia="zh-TW"/>
              </w:rPr>
              <w:t>小時</w:t>
            </w:r>
          </w:p>
        </w:tc>
      </w:tr>
    </w:tbl>
    <w:p w14:paraId="13D81491" w14:textId="77777777" w:rsidR="000C0649" w:rsidRPr="008E52B6" w:rsidRDefault="008B5E74" w:rsidP="008E52B6">
      <w:pPr>
        <w:spacing w:beforeLines="50" w:before="120" w:afterLines="50" w:after="120" w:line="240" w:lineRule="auto"/>
        <w:rPr>
          <w:b/>
          <w:sz w:val="26"/>
        </w:rPr>
      </w:pPr>
      <w:r>
        <w:rPr>
          <w:b/>
          <w:sz w:val="26"/>
        </w:rPr>
        <w:t>參、</w:t>
      </w:r>
      <w:r>
        <w:rPr>
          <w:b/>
          <w:sz w:val="26"/>
        </w:rPr>
        <w:t xml:space="preserve"> </w:t>
      </w:r>
      <w:r>
        <w:rPr>
          <w:b/>
          <w:sz w:val="26"/>
        </w:rPr>
        <w:t>審核與簽章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92"/>
        <w:gridCol w:w="5040"/>
        <w:gridCol w:w="1728"/>
      </w:tblGrid>
      <w:tr w:rsidR="000C0649" w14:paraId="21EF9060" w14:textId="77777777">
        <w:trPr>
          <w:jc w:val="center"/>
        </w:trPr>
        <w:tc>
          <w:tcPr>
            <w:tcW w:w="2592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399ACFB" w14:textId="77777777" w:rsidR="000C0649" w:rsidRDefault="008B5E74" w:rsidP="008B5E74">
            <w:pPr>
              <w:jc w:val="center"/>
            </w:pPr>
            <w:r>
              <w:rPr>
                <w:b/>
                <w:sz w:val="22"/>
              </w:rPr>
              <w:t>審核項目</w:t>
            </w:r>
          </w:p>
        </w:tc>
        <w:tc>
          <w:tcPr>
            <w:tcW w:w="504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98DFCC4" w14:textId="7EFB671A" w:rsidR="000C0649" w:rsidRDefault="008B5E74" w:rsidP="008B5E74">
            <w:pPr>
              <w:jc w:val="center"/>
              <w:rPr>
                <w:lang w:eastAsia="zh-TW"/>
              </w:rPr>
            </w:pPr>
            <w:r>
              <w:rPr>
                <w:b/>
                <w:sz w:val="22"/>
                <w:lang w:eastAsia="zh-TW"/>
              </w:rPr>
              <w:t>簽章</w:t>
            </w:r>
          </w:p>
        </w:tc>
        <w:tc>
          <w:tcPr>
            <w:tcW w:w="1728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726AE09" w14:textId="77777777" w:rsidR="000C0649" w:rsidRDefault="008B5E74" w:rsidP="008B5E74">
            <w:pPr>
              <w:jc w:val="center"/>
            </w:pPr>
            <w:r>
              <w:rPr>
                <w:b/>
                <w:sz w:val="22"/>
              </w:rPr>
              <w:t>簽章日期</w:t>
            </w:r>
          </w:p>
        </w:tc>
      </w:tr>
      <w:tr w:rsidR="000C0649" w14:paraId="0E1E47EF" w14:textId="77777777" w:rsidTr="008E52B6">
        <w:trPr>
          <w:trHeight w:val="850"/>
          <w:jc w:val="center"/>
        </w:trPr>
        <w:tc>
          <w:tcPr>
            <w:tcW w:w="2592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F26DA79" w14:textId="77777777" w:rsidR="000C0649" w:rsidRDefault="008B5E74" w:rsidP="008E52B6">
            <w:pPr>
              <w:spacing w:after="0" w:line="240" w:lineRule="auto"/>
              <w:jc w:val="center"/>
              <w:rPr>
                <w:b/>
                <w:sz w:val="22"/>
                <w:lang w:eastAsia="zh-TW"/>
              </w:rPr>
            </w:pPr>
            <w:r>
              <w:rPr>
                <w:b/>
                <w:sz w:val="22"/>
                <w:lang w:eastAsia="zh-TW"/>
              </w:rPr>
              <w:t>指導教授</w:t>
            </w:r>
          </w:p>
          <w:p w14:paraId="49493308" w14:textId="77777777" w:rsidR="008E52B6" w:rsidRDefault="008E52B6" w:rsidP="008E52B6">
            <w:pPr>
              <w:spacing w:after="0" w:line="240" w:lineRule="auto"/>
              <w:rPr>
                <w:b/>
                <w:sz w:val="22"/>
                <w:lang w:eastAsia="zh-TW"/>
              </w:rPr>
            </w:pPr>
          </w:p>
          <w:p w14:paraId="7E826526" w14:textId="3D6F39F5" w:rsidR="008E52B6" w:rsidRDefault="008E52B6" w:rsidP="008E52B6">
            <w:pPr>
              <w:spacing w:after="0" w:line="240" w:lineRule="auto"/>
              <w:jc w:val="center"/>
              <w:rPr>
                <w:lang w:eastAsia="zh-TW"/>
              </w:rPr>
            </w:pPr>
            <w:r>
              <w:rPr>
                <w:rFonts w:hint="eastAsia"/>
                <w:sz w:val="21"/>
                <w:lang w:eastAsia="zh-TW"/>
              </w:rPr>
              <w:t>□</w:t>
            </w:r>
            <w:r>
              <w:rPr>
                <w:sz w:val="21"/>
                <w:lang w:eastAsia="zh-TW"/>
              </w:rPr>
              <w:t xml:space="preserve"> </w:t>
            </w:r>
            <w:r>
              <w:rPr>
                <w:sz w:val="21"/>
                <w:lang w:eastAsia="zh-TW"/>
              </w:rPr>
              <w:t>同意指導本專題研究</w:t>
            </w:r>
          </w:p>
        </w:tc>
        <w:tc>
          <w:tcPr>
            <w:tcW w:w="5040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B6F5E6F" w14:textId="66009252" w:rsidR="000C0649" w:rsidRDefault="000C0649" w:rsidP="008B5E74">
            <w:pPr>
              <w:jc w:val="center"/>
              <w:rPr>
                <w:lang w:eastAsia="zh-TW"/>
              </w:rPr>
            </w:pPr>
          </w:p>
        </w:tc>
        <w:tc>
          <w:tcPr>
            <w:tcW w:w="1728" w:type="dxa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</w:tcPr>
          <w:p w14:paraId="2A86BD70" w14:textId="77777777" w:rsidR="000C0649" w:rsidRDefault="008B5E74" w:rsidP="008B5E74">
            <w:pPr>
              <w:jc w:val="center"/>
            </w:pPr>
            <w:r>
              <w:rPr>
                <w:sz w:val="20"/>
              </w:rPr>
              <w:t>年</w:t>
            </w:r>
            <w:r>
              <w:rPr>
                <w:sz w:val="20"/>
              </w:rPr>
              <w:t xml:space="preserve">    </w:t>
            </w:r>
            <w:r>
              <w:rPr>
                <w:sz w:val="20"/>
              </w:rPr>
              <w:t>月</w:t>
            </w:r>
            <w:r>
              <w:rPr>
                <w:sz w:val="20"/>
              </w:rPr>
              <w:t xml:space="preserve">    </w:t>
            </w:r>
            <w:r>
              <w:rPr>
                <w:sz w:val="20"/>
              </w:rPr>
              <w:t>日</w:t>
            </w:r>
          </w:p>
        </w:tc>
      </w:tr>
      <w:tr w:rsidR="000C0649" w14:paraId="75AAE733" w14:textId="77777777">
        <w:trPr>
          <w:jc w:val="center"/>
        </w:trPr>
        <w:tc>
          <w:tcPr>
            <w:tcW w:w="2592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645E268" w14:textId="77777777" w:rsidR="000C0649" w:rsidRDefault="008B5E74" w:rsidP="008E52B6">
            <w:pPr>
              <w:spacing w:after="0" w:line="240" w:lineRule="auto"/>
              <w:jc w:val="center"/>
              <w:rPr>
                <w:b/>
                <w:sz w:val="22"/>
                <w:lang w:eastAsia="zh-TW"/>
              </w:rPr>
            </w:pPr>
            <w:r>
              <w:rPr>
                <w:b/>
                <w:sz w:val="22"/>
              </w:rPr>
              <w:t>主課老師</w:t>
            </w:r>
          </w:p>
          <w:p w14:paraId="5844A587" w14:textId="77777777" w:rsidR="008E52B6" w:rsidRDefault="008E52B6" w:rsidP="008E52B6">
            <w:pPr>
              <w:spacing w:after="0" w:line="240" w:lineRule="auto"/>
              <w:jc w:val="center"/>
              <w:rPr>
                <w:b/>
                <w:sz w:val="22"/>
                <w:lang w:eastAsia="zh-TW"/>
              </w:rPr>
            </w:pPr>
          </w:p>
          <w:p w14:paraId="3ABA51EC" w14:textId="7791F4DF" w:rsidR="008E52B6" w:rsidRDefault="008E52B6" w:rsidP="008E52B6">
            <w:pPr>
              <w:spacing w:after="0" w:line="240" w:lineRule="auto"/>
              <w:jc w:val="center"/>
              <w:rPr>
                <w:lang w:eastAsia="zh-TW"/>
              </w:rPr>
            </w:pPr>
            <w:r>
              <w:rPr>
                <w:rFonts w:hint="eastAsia"/>
                <w:sz w:val="21"/>
                <w:lang w:eastAsia="zh-TW"/>
              </w:rPr>
              <w:t>□</w:t>
            </w:r>
            <w:r>
              <w:rPr>
                <w:sz w:val="21"/>
                <w:lang w:eastAsia="zh-TW"/>
              </w:rPr>
              <w:t xml:space="preserve"> </w:t>
            </w:r>
            <w:r>
              <w:rPr>
                <w:sz w:val="21"/>
                <w:lang w:eastAsia="zh-TW"/>
              </w:rPr>
              <w:t>初審同意</w:t>
            </w:r>
          </w:p>
        </w:tc>
        <w:tc>
          <w:tcPr>
            <w:tcW w:w="5040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8E5AA1F" w14:textId="3EFA4707" w:rsidR="000C0649" w:rsidRDefault="000C0649" w:rsidP="008B5E74">
            <w:pPr>
              <w:jc w:val="center"/>
              <w:rPr>
                <w:lang w:eastAsia="zh-TW"/>
              </w:rPr>
            </w:pPr>
          </w:p>
        </w:tc>
        <w:tc>
          <w:tcPr>
            <w:tcW w:w="1728" w:type="dxa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</w:tcPr>
          <w:p w14:paraId="3DBC2381" w14:textId="77777777" w:rsidR="000C0649" w:rsidRDefault="008B5E74" w:rsidP="008B5E74">
            <w:pPr>
              <w:jc w:val="center"/>
            </w:pPr>
            <w:r>
              <w:rPr>
                <w:sz w:val="20"/>
              </w:rPr>
              <w:t>年</w:t>
            </w:r>
            <w:r>
              <w:rPr>
                <w:sz w:val="20"/>
              </w:rPr>
              <w:t xml:space="preserve">    </w:t>
            </w:r>
            <w:r>
              <w:rPr>
                <w:sz w:val="20"/>
              </w:rPr>
              <w:t>月</w:t>
            </w:r>
            <w:r>
              <w:rPr>
                <w:sz w:val="20"/>
              </w:rPr>
              <w:t xml:space="preserve">    </w:t>
            </w:r>
            <w:r>
              <w:rPr>
                <w:sz w:val="20"/>
              </w:rPr>
              <w:t>日</w:t>
            </w:r>
          </w:p>
        </w:tc>
      </w:tr>
      <w:tr w:rsidR="000C0649" w14:paraId="44E2E9D0" w14:textId="77777777">
        <w:trPr>
          <w:jc w:val="center"/>
        </w:trPr>
        <w:tc>
          <w:tcPr>
            <w:tcW w:w="2592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A18D225" w14:textId="77777777" w:rsidR="000C0649" w:rsidRDefault="008B5E74" w:rsidP="008E52B6">
            <w:pPr>
              <w:spacing w:after="0" w:line="240" w:lineRule="auto"/>
              <w:jc w:val="center"/>
              <w:rPr>
                <w:b/>
                <w:sz w:val="22"/>
                <w:lang w:eastAsia="zh-TW"/>
              </w:rPr>
            </w:pPr>
            <w:r>
              <w:rPr>
                <w:b/>
                <w:sz w:val="22"/>
              </w:rPr>
              <w:t>系主任</w:t>
            </w:r>
          </w:p>
          <w:p w14:paraId="6A342FDC" w14:textId="77777777" w:rsidR="008E52B6" w:rsidRDefault="008E52B6" w:rsidP="008E52B6">
            <w:pPr>
              <w:spacing w:after="0" w:line="240" w:lineRule="auto"/>
              <w:jc w:val="center"/>
              <w:rPr>
                <w:lang w:eastAsia="zh-TW"/>
              </w:rPr>
            </w:pPr>
          </w:p>
          <w:p w14:paraId="3874797A" w14:textId="6F1D0547" w:rsidR="008E52B6" w:rsidRDefault="008E52B6" w:rsidP="008E52B6">
            <w:pPr>
              <w:spacing w:after="0" w:line="240" w:lineRule="auto"/>
              <w:jc w:val="center"/>
              <w:rPr>
                <w:lang w:eastAsia="zh-TW"/>
              </w:rPr>
            </w:pPr>
            <w:r>
              <w:rPr>
                <w:rFonts w:hint="eastAsia"/>
                <w:sz w:val="21"/>
                <w:lang w:eastAsia="zh-TW"/>
              </w:rPr>
              <w:t>□</w:t>
            </w:r>
            <w:r>
              <w:rPr>
                <w:sz w:val="21"/>
                <w:lang w:eastAsia="zh-TW"/>
              </w:rPr>
              <w:t xml:space="preserve"> </w:t>
            </w:r>
            <w:r>
              <w:rPr>
                <w:sz w:val="21"/>
                <w:lang w:eastAsia="zh-TW"/>
              </w:rPr>
              <w:t>複審同意核備</w:t>
            </w:r>
          </w:p>
        </w:tc>
        <w:tc>
          <w:tcPr>
            <w:tcW w:w="5040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765112A" w14:textId="2283BF52" w:rsidR="000C0649" w:rsidRDefault="000C0649" w:rsidP="008B5E74">
            <w:pPr>
              <w:jc w:val="center"/>
              <w:rPr>
                <w:lang w:eastAsia="zh-TW"/>
              </w:rPr>
            </w:pPr>
          </w:p>
        </w:tc>
        <w:tc>
          <w:tcPr>
            <w:tcW w:w="1728" w:type="dxa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</w:tcPr>
          <w:p w14:paraId="2B505BEA" w14:textId="77777777" w:rsidR="000C0649" w:rsidRDefault="008B5E74" w:rsidP="008B5E74">
            <w:pPr>
              <w:jc w:val="center"/>
            </w:pPr>
            <w:r>
              <w:rPr>
                <w:sz w:val="20"/>
              </w:rPr>
              <w:t>年</w:t>
            </w:r>
            <w:r>
              <w:rPr>
                <w:sz w:val="20"/>
              </w:rPr>
              <w:t xml:space="preserve">    </w:t>
            </w:r>
            <w:r>
              <w:rPr>
                <w:sz w:val="20"/>
              </w:rPr>
              <w:t>月</w:t>
            </w:r>
            <w:r>
              <w:rPr>
                <w:sz w:val="20"/>
              </w:rPr>
              <w:t xml:space="preserve">    </w:t>
            </w:r>
            <w:r>
              <w:rPr>
                <w:sz w:val="20"/>
              </w:rPr>
              <w:t>日</w:t>
            </w:r>
          </w:p>
        </w:tc>
      </w:tr>
    </w:tbl>
    <w:p w14:paraId="758A68A6" w14:textId="77777777" w:rsidR="000C0649" w:rsidRPr="008E52B6" w:rsidRDefault="008B5E74" w:rsidP="008E52B6">
      <w:pPr>
        <w:spacing w:beforeLines="50" w:before="120" w:afterLines="50" w:after="120" w:line="240" w:lineRule="auto"/>
        <w:rPr>
          <w:b/>
          <w:sz w:val="26"/>
        </w:rPr>
      </w:pPr>
      <w:r>
        <w:rPr>
          <w:b/>
          <w:sz w:val="26"/>
        </w:rPr>
        <w:t>肆、</w:t>
      </w:r>
      <w:r>
        <w:rPr>
          <w:b/>
          <w:sz w:val="26"/>
        </w:rPr>
        <w:t xml:space="preserve"> </w:t>
      </w:r>
      <w:r>
        <w:rPr>
          <w:b/>
          <w:sz w:val="26"/>
        </w:rPr>
        <w:t>備註欄與注意事項</w:t>
      </w:r>
    </w:p>
    <w:p w14:paraId="59DD9972" w14:textId="77777777" w:rsidR="000C0649" w:rsidRDefault="008B5E74" w:rsidP="008E52B6">
      <w:pPr>
        <w:spacing w:after="40"/>
        <w:rPr>
          <w:lang w:eastAsia="zh-TW"/>
        </w:rPr>
      </w:pPr>
      <w:r>
        <w:rPr>
          <w:b/>
          <w:sz w:val="20"/>
          <w:lang w:eastAsia="zh-TW"/>
        </w:rPr>
        <w:t xml:space="preserve">1. </w:t>
      </w:r>
      <w:r>
        <w:rPr>
          <w:b/>
          <w:sz w:val="20"/>
          <w:lang w:eastAsia="zh-TW"/>
        </w:rPr>
        <w:t>教學時數計算方式說明（依據《教師授課時數計算辦法》第六條第五款）：</w:t>
      </w:r>
    </w:p>
    <w:p w14:paraId="25548F0B" w14:textId="77777777" w:rsidR="000C0649" w:rsidRDefault="008B5E74" w:rsidP="008E52B6">
      <w:pPr>
        <w:spacing w:after="40"/>
        <w:rPr>
          <w:lang w:eastAsia="zh-TW"/>
        </w:rPr>
      </w:pPr>
      <w:r>
        <w:rPr>
          <w:sz w:val="20"/>
          <w:lang w:eastAsia="zh-TW"/>
        </w:rPr>
        <w:t xml:space="preserve">• </w:t>
      </w:r>
      <w:r>
        <w:rPr>
          <w:sz w:val="20"/>
          <w:lang w:eastAsia="zh-TW"/>
        </w:rPr>
        <w:t>指導學士班學生國科會專題研究或候鳥計畫，每生以每週</w:t>
      </w:r>
      <w:r>
        <w:rPr>
          <w:sz w:val="20"/>
          <w:lang w:eastAsia="zh-TW"/>
        </w:rPr>
        <w:t xml:space="preserve"> 0.5 </w:t>
      </w:r>
      <w:r>
        <w:rPr>
          <w:sz w:val="20"/>
          <w:lang w:eastAsia="zh-TW"/>
        </w:rPr>
        <w:t>小時計算。</w:t>
      </w:r>
    </w:p>
    <w:p w14:paraId="380070AA" w14:textId="77777777" w:rsidR="000C0649" w:rsidRDefault="008B5E74" w:rsidP="008E52B6">
      <w:pPr>
        <w:spacing w:after="40"/>
        <w:rPr>
          <w:lang w:eastAsia="zh-TW"/>
        </w:rPr>
      </w:pPr>
      <w:r>
        <w:rPr>
          <w:sz w:val="20"/>
          <w:lang w:eastAsia="zh-TW"/>
        </w:rPr>
        <w:t xml:space="preserve">• </w:t>
      </w:r>
      <w:r>
        <w:rPr>
          <w:sz w:val="20"/>
          <w:lang w:eastAsia="zh-TW"/>
        </w:rPr>
        <w:t>指導學士班學生前項以外之專題研究，每生以每週</w:t>
      </w:r>
      <w:r>
        <w:rPr>
          <w:sz w:val="20"/>
          <w:lang w:eastAsia="zh-TW"/>
        </w:rPr>
        <w:t xml:space="preserve"> 0.25 </w:t>
      </w:r>
      <w:r>
        <w:rPr>
          <w:sz w:val="20"/>
          <w:lang w:eastAsia="zh-TW"/>
        </w:rPr>
        <w:t>小時計算。</w:t>
      </w:r>
    </w:p>
    <w:p w14:paraId="03EEF12B" w14:textId="77777777" w:rsidR="000C0649" w:rsidRDefault="008B5E74" w:rsidP="008E52B6">
      <w:pPr>
        <w:spacing w:after="40"/>
        <w:rPr>
          <w:lang w:eastAsia="zh-TW"/>
        </w:rPr>
      </w:pPr>
      <w:r>
        <w:rPr>
          <w:sz w:val="20"/>
          <w:lang w:eastAsia="zh-TW"/>
        </w:rPr>
        <w:t xml:space="preserve">• </w:t>
      </w:r>
      <w:r>
        <w:rPr>
          <w:sz w:val="20"/>
          <w:lang w:eastAsia="zh-TW"/>
        </w:rPr>
        <w:t>本款指導大學部學生研究，每學期合計以每週</w:t>
      </w:r>
      <w:r>
        <w:rPr>
          <w:sz w:val="20"/>
          <w:lang w:eastAsia="zh-TW"/>
        </w:rPr>
        <w:t xml:space="preserve"> 1 </w:t>
      </w:r>
      <w:r>
        <w:rPr>
          <w:sz w:val="20"/>
          <w:lang w:eastAsia="zh-TW"/>
        </w:rPr>
        <w:t>小時為限。</w:t>
      </w:r>
    </w:p>
    <w:p w14:paraId="00A6B612" w14:textId="77777777" w:rsidR="000C0649" w:rsidRDefault="008B5E74" w:rsidP="008E52B6">
      <w:pPr>
        <w:spacing w:after="40"/>
        <w:rPr>
          <w:lang w:eastAsia="zh-TW"/>
        </w:rPr>
      </w:pPr>
      <w:r>
        <w:rPr>
          <w:b/>
          <w:sz w:val="20"/>
          <w:lang w:eastAsia="zh-TW"/>
        </w:rPr>
        <w:t xml:space="preserve">2. </w:t>
      </w:r>
      <w:r>
        <w:rPr>
          <w:b/>
          <w:sz w:val="20"/>
          <w:lang w:eastAsia="zh-TW"/>
        </w:rPr>
        <w:t>學期成果報告與評分規範：</w:t>
      </w:r>
    </w:p>
    <w:p w14:paraId="16A393E7" w14:textId="77777777" w:rsidR="000C0649" w:rsidRDefault="008B5E74" w:rsidP="008E52B6">
      <w:pPr>
        <w:spacing w:after="40"/>
        <w:rPr>
          <w:lang w:eastAsia="zh-TW"/>
        </w:rPr>
      </w:pPr>
      <w:r>
        <w:rPr>
          <w:sz w:val="20"/>
          <w:lang w:eastAsia="zh-TW"/>
        </w:rPr>
        <w:t xml:space="preserve">• </w:t>
      </w:r>
      <w:r>
        <w:rPr>
          <w:sz w:val="20"/>
          <w:lang w:eastAsia="zh-TW"/>
        </w:rPr>
        <w:t>學生必須於每學期結束前，繳交「學期成果報告」至指導教授處。</w:t>
      </w:r>
    </w:p>
    <w:p w14:paraId="1C6DC3B6" w14:textId="77777777" w:rsidR="000C0649" w:rsidRDefault="008B5E74" w:rsidP="008E52B6">
      <w:pPr>
        <w:spacing w:after="40"/>
        <w:rPr>
          <w:lang w:eastAsia="zh-TW"/>
        </w:rPr>
      </w:pPr>
      <w:r>
        <w:rPr>
          <w:sz w:val="20"/>
          <w:lang w:eastAsia="zh-TW"/>
        </w:rPr>
        <w:t xml:space="preserve">• </w:t>
      </w:r>
      <w:r>
        <w:rPr>
          <w:sz w:val="20"/>
          <w:lang w:eastAsia="zh-TW"/>
        </w:rPr>
        <w:t>由指導教授針對該學期成果報告進行評分，作為該學期專題研究成績採計之依據。</w:t>
      </w:r>
    </w:p>
    <w:p w14:paraId="39F9E456" w14:textId="77777777" w:rsidR="000C0649" w:rsidRDefault="008B5E74" w:rsidP="008E52B6">
      <w:pPr>
        <w:spacing w:after="40"/>
        <w:rPr>
          <w:lang w:eastAsia="zh-TW"/>
        </w:rPr>
      </w:pPr>
      <w:r>
        <w:rPr>
          <w:b/>
          <w:sz w:val="20"/>
          <w:lang w:eastAsia="zh-TW"/>
        </w:rPr>
        <w:t xml:space="preserve">3. </w:t>
      </w:r>
      <w:r>
        <w:rPr>
          <w:b/>
          <w:sz w:val="20"/>
          <w:lang w:eastAsia="zh-TW"/>
        </w:rPr>
        <w:t>申請流程與程序：</w:t>
      </w:r>
    </w:p>
    <w:p w14:paraId="42B996D0" w14:textId="77777777" w:rsidR="000C0649" w:rsidRDefault="008B5E74" w:rsidP="008E52B6">
      <w:pPr>
        <w:spacing w:after="40"/>
        <w:rPr>
          <w:lang w:eastAsia="zh-TW"/>
        </w:rPr>
      </w:pPr>
      <w:r>
        <w:rPr>
          <w:sz w:val="20"/>
          <w:lang w:eastAsia="zh-TW"/>
        </w:rPr>
        <w:t xml:space="preserve">• </w:t>
      </w:r>
      <w:r>
        <w:rPr>
          <w:sz w:val="20"/>
          <w:lang w:eastAsia="zh-TW"/>
        </w:rPr>
        <w:t>本表經指導教授、主課老師及系主任核章完成後，請送交系辦公室及教務處完成選修登記手續。</w:t>
      </w:r>
    </w:p>
    <w:sectPr w:rsidR="000C0649" w:rsidSect="008E52B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4DE4"/>
    <w:rsid w:val="0006063C"/>
    <w:rsid w:val="000C0649"/>
    <w:rsid w:val="0015074B"/>
    <w:rsid w:val="0029639D"/>
    <w:rsid w:val="00326F90"/>
    <w:rsid w:val="008B5E74"/>
    <w:rsid w:val="008E52B6"/>
    <w:rsid w:val="0095283C"/>
    <w:rsid w:val="00AA1D8D"/>
    <w:rsid w:val="00B47730"/>
    <w:rsid w:val="00CB0664"/>
    <w:rsid w:val="00D91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29F3B94"/>
  <w14:defaultImageDpi w14:val="300"/>
  <w15:docId w15:val="{0931E7B5-65AB-4A4D-9927-E762CAAE8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標楷體" w:hAnsi="Times New Roman"/>
      <w:color w:val="000000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5F28129-2E4F-4163-9D99-0C5545460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陳美珠</cp:lastModifiedBy>
  <cp:revision>5</cp:revision>
  <dcterms:created xsi:type="dcterms:W3CDTF">2013-12-23T23:15:00Z</dcterms:created>
  <dcterms:modified xsi:type="dcterms:W3CDTF">2026-08-21T07:19:00Z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dbcfd35b-72bb-4890-8c6f-81f3b15bc798</vt:lpwstr>
  </property>
</Properties>
</file>